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EC0D5" w14:textId="77777777" w:rsidR="002B79C9" w:rsidRPr="002B79C9" w:rsidRDefault="002B79C9">
      <w:pPr>
        <w:jc w:val="center"/>
        <w:rPr>
          <w:rFonts w:ascii="Aptos" w:hAnsi="Aptos"/>
          <w:b/>
          <w:sz w:val="22"/>
        </w:rPr>
      </w:pPr>
      <w:r w:rsidRPr="002B79C9">
        <w:rPr>
          <w:rFonts w:ascii="Aptos" w:hAnsi="Aptos"/>
          <w:noProof/>
          <w:sz w:val="22"/>
        </w:rPr>
        <w:drawing>
          <wp:inline distT="0" distB="0" distL="0" distR="0" wp14:anchorId="39E43C14" wp14:editId="03E18F74">
            <wp:extent cx="5314315" cy="835025"/>
            <wp:effectExtent l="0" t="0" r="635" b="3175"/>
            <wp:docPr id="18629357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935756" name="Picture 1"/>
                    <pic:cNvPicPr>
                      <a:picLocks noChangeAspect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46" r="14673"/>
                    <a:stretch/>
                  </pic:blipFill>
                  <pic:spPr bwMode="auto">
                    <a:xfrm>
                      <a:off x="0" y="0"/>
                      <a:ext cx="531431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4BA67E" w14:textId="77777777" w:rsidR="002B79C9" w:rsidRPr="002B79C9" w:rsidRDefault="002B79C9" w:rsidP="002B79C9">
      <w:pPr>
        <w:spacing w:after="120" w:line="240" w:lineRule="auto"/>
        <w:jc w:val="center"/>
        <w:rPr>
          <w:rFonts w:ascii="Aptos" w:hAnsi="Aptos"/>
          <w:color w:val="C00000"/>
          <w:sz w:val="24"/>
          <w:szCs w:val="24"/>
        </w:rPr>
      </w:pPr>
      <w:r w:rsidRPr="002B79C9">
        <w:rPr>
          <w:rFonts w:ascii="Aptos" w:hAnsi="Aptos"/>
          <w:b/>
          <w:color w:val="C00000"/>
          <w:sz w:val="24"/>
          <w:szCs w:val="24"/>
        </w:rPr>
        <w:t xml:space="preserve">TEACHING INNOVATIONS &amp; PEDAGOGICAL SUPPORT (TIPS) </w:t>
      </w:r>
    </w:p>
    <w:p w14:paraId="1DCEFF38" w14:textId="41DADF26" w:rsidR="008058D8" w:rsidRPr="002B79C9" w:rsidRDefault="00000000">
      <w:pPr>
        <w:jc w:val="center"/>
        <w:rPr>
          <w:rFonts w:ascii="Aptos" w:hAnsi="Aptos"/>
          <w:sz w:val="22"/>
        </w:rPr>
      </w:pPr>
      <w:r w:rsidRPr="002B79C9">
        <w:rPr>
          <w:rFonts w:ascii="Aptos" w:hAnsi="Aptos"/>
          <w:b/>
          <w:sz w:val="22"/>
        </w:rPr>
        <w:t xml:space="preserve">STUDENT PARTICIPATION / ACHIEVEMENT IN INNOVATION – AFTER EVENT </w:t>
      </w:r>
    </w:p>
    <w:tbl>
      <w:tblPr>
        <w:tblW w:w="4976" w:type="pct"/>
        <w:jc w:val="center"/>
        <w:tblLook w:val="04A0" w:firstRow="1" w:lastRow="0" w:firstColumn="1" w:lastColumn="0" w:noHBand="0" w:noVBand="1"/>
      </w:tblPr>
      <w:tblGrid>
        <w:gridCol w:w="979"/>
        <w:gridCol w:w="3967"/>
        <w:gridCol w:w="5362"/>
      </w:tblGrid>
      <w:tr w:rsidR="008058D8" w:rsidRPr="002B79C9" w14:paraId="0AD1ECE0" w14:textId="77777777" w:rsidTr="00AF419B">
        <w:trPr>
          <w:trHeight w:val="387"/>
          <w:jc w:val="center"/>
        </w:trPr>
        <w:tc>
          <w:tcPr>
            <w:tcW w:w="4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</w:tcPr>
          <w:p w14:paraId="2921C4DD" w14:textId="77777777" w:rsidR="008058D8" w:rsidRPr="002B79C9" w:rsidRDefault="00000000" w:rsidP="002B79C9">
            <w:pPr>
              <w:spacing w:after="120" w:line="240" w:lineRule="auto"/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S. No.</w:t>
            </w:r>
          </w:p>
        </w:tc>
        <w:tc>
          <w:tcPr>
            <w:tcW w:w="19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</w:tcPr>
          <w:p w14:paraId="0F8A0AA2" w14:textId="77777777" w:rsidR="008058D8" w:rsidRPr="002B79C9" w:rsidRDefault="00000000" w:rsidP="002B79C9">
            <w:pPr>
              <w:spacing w:after="120" w:line="240" w:lineRule="auto"/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Particulars</w:t>
            </w:r>
          </w:p>
        </w:tc>
        <w:tc>
          <w:tcPr>
            <w:tcW w:w="26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EAF7"/>
          </w:tcPr>
          <w:p w14:paraId="3DC6B31B" w14:textId="77777777" w:rsidR="008058D8" w:rsidRPr="002B79C9" w:rsidRDefault="00000000" w:rsidP="002B79C9">
            <w:pPr>
              <w:spacing w:after="120" w:line="240" w:lineRule="auto"/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Details</w:t>
            </w:r>
          </w:p>
        </w:tc>
      </w:tr>
      <w:tr w:rsidR="008058D8" w:rsidRPr="002B79C9" w14:paraId="778FD253" w14:textId="77777777" w:rsidTr="00AF419B">
        <w:trPr>
          <w:trHeight w:val="230"/>
          <w:jc w:val="center"/>
        </w:trPr>
        <w:tc>
          <w:tcPr>
            <w:tcW w:w="4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2790D97" w14:textId="77777777" w:rsidR="008058D8" w:rsidRPr="002B79C9" w:rsidRDefault="00000000" w:rsidP="00960D2C">
            <w:pPr>
              <w:spacing w:after="0" w:line="240" w:lineRule="auto"/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t>1</w:t>
            </w:r>
          </w:p>
        </w:tc>
        <w:tc>
          <w:tcPr>
            <w:tcW w:w="19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90B26E1" w14:textId="77777777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Name of the Student / Team</w:t>
            </w:r>
          </w:p>
        </w:tc>
        <w:tc>
          <w:tcPr>
            <w:tcW w:w="26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BDF7B73" w14:textId="77777777" w:rsidR="008058D8" w:rsidRPr="002B79C9" w:rsidRDefault="008058D8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</w:p>
        </w:tc>
      </w:tr>
      <w:tr w:rsidR="008058D8" w:rsidRPr="002B79C9" w14:paraId="796864A9" w14:textId="77777777" w:rsidTr="00AF419B">
        <w:trPr>
          <w:trHeight w:val="230"/>
          <w:jc w:val="center"/>
        </w:trPr>
        <w:tc>
          <w:tcPr>
            <w:tcW w:w="4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6384BB8D" w14:textId="77777777" w:rsidR="008058D8" w:rsidRPr="002B79C9" w:rsidRDefault="00000000" w:rsidP="00960D2C">
            <w:pPr>
              <w:spacing w:after="0" w:line="240" w:lineRule="auto"/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t>2</w:t>
            </w:r>
          </w:p>
        </w:tc>
        <w:tc>
          <w:tcPr>
            <w:tcW w:w="19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61C04BC" w14:textId="77777777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Roll Number(s)</w:t>
            </w:r>
          </w:p>
        </w:tc>
        <w:tc>
          <w:tcPr>
            <w:tcW w:w="26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EE8B72" w14:textId="77777777" w:rsidR="008058D8" w:rsidRPr="002B79C9" w:rsidRDefault="008058D8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</w:p>
        </w:tc>
      </w:tr>
      <w:tr w:rsidR="008058D8" w:rsidRPr="002B79C9" w14:paraId="4FB39D50" w14:textId="77777777" w:rsidTr="00AF419B">
        <w:trPr>
          <w:trHeight w:val="233"/>
          <w:jc w:val="center"/>
        </w:trPr>
        <w:tc>
          <w:tcPr>
            <w:tcW w:w="4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4EA95D7" w14:textId="77777777" w:rsidR="008058D8" w:rsidRPr="002B79C9" w:rsidRDefault="00000000" w:rsidP="00960D2C">
            <w:pPr>
              <w:spacing w:after="0" w:line="240" w:lineRule="auto"/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t>3</w:t>
            </w:r>
          </w:p>
        </w:tc>
        <w:tc>
          <w:tcPr>
            <w:tcW w:w="19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683290E" w14:textId="77777777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Department</w:t>
            </w:r>
          </w:p>
        </w:tc>
        <w:tc>
          <w:tcPr>
            <w:tcW w:w="26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0CAD0A9" w14:textId="77777777" w:rsidR="008058D8" w:rsidRPr="002B79C9" w:rsidRDefault="008058D8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</w:p>
        </w:tc>
      </w:tr>
      <w:tr w:rsidR="008058D8" w:rsidRPr="002B79C9" w14:paraId="610E8DA3" w14:textId="77777777" w:rsidTr="00AF419B">
        <w:trPr>
          <w:trHeight w:val="230"/>
          <w:jc w:val="center"/>
        </w:trPr>
        <w:tc>
          <w:tcPr>
            <w:tcW w:w="4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A6EF90" w14:textId="77777777" w:rsidR="008058D8" w:rsidRPr="002B79C9" w:rsidRDefault="00000000" w:rsidP="00960D2C">
            <w:pPr>
              <w:spacing w:after="0" w:line="240" w:lineRule="auto"/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t>4</w:t>
            </w:r>
          </w:p>
        </w:tc>
        <w:tc>
          <w:tcPr>
            <w:tcW w:w="19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741378F" w14:textId="77777777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Year / Semester</w:t>
            </w:r>
          </w:p>
        </w:tc>
        <w:tc>
          <w:tcPr>
            <w:tcW w:w="26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BFD5765" w14:textId="77777777" w:rsidR="008058D8" w:rsidRPr="002B79C9" w:rsidRDefault="008058D8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</w:p>
        </w:tc>
      </w:tr>
      <w:tr w:rsidR="008058D8" w:rsidRPr="002B79C9" w14:paraId="4646B006" w14:textId="77777777" w:rsidTr="00AF419B">
        <w:trPr>
          <w:trHeight w:val="230"/>
          <w:jc w:val="center"/>
        </w:trPr>
        <w:tc>
          <w:tcPr>
            <w:tcW w:w="4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65C9F27" w14:textId="77777777" w:rsidR="008058D8" w:rsidRPr="002B79C9" w:rsidRDefault="00000000" w:rsidP="00960D2C">
            <w:pPr>
              <w:spacing w:after="0" w:line="240" w:lineRule="auto"/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t>5</w:t>
            </w:r>
          </w:p>
        </w:tc>
        <w:tc>
          <w:tcPr>
            <w:tcW w:w="19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525517" w14:textId="77777777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Name of the Activity / Event</w:t>
            </w:r>
          </w:p>
        </w:tc>
        <w:tc>
          <w:tcPr>
            <w:tcW w:w="26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97167E" w14:textId="77777777" w:rsidR="008058D8" w:rsidRPr="002B79C9" w:rsidRDefault="008058D8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</w:p>
        </w:tc>
      </w:tr>
      <w:tr w:rsidR="008058D8" w:rsidRPr="002B79C9" w14:paraId="5E7453A4" w14:textId="77777777" w:rsidTr="00AF419B">
        <w:trPr>
          <w:trHeight w:val="230"/>
          <w:jc w:val="center"/>
        </w:trPr>
        <w:tc>
          <w:tcPr>
            <w:tcW w:w="4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0DB9E43" w14:textId="77777777" w:rsidR="008058D8" w:rsidRPr="002B79C9" w:rsidRDefault="00000000" w:rsidP="00960D2C">
            <w:pPr>
              <w:spacing w:after="0" w:line="240" w:lineRule="auto"/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t>6</w:t>
            </w:r>
          </w:p>
        </w:tc>
        <w:tc>
          <w:tcPr>
            <w:tcW w:w="19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4534024" w14:textId="57D6932C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 xml:space="preserve">Type of </w:t>
            </w:r>
            <w:r w:rsidR="00AF419B" w:rsidRPr="002B79C9">
              <w:rPr>
                <w:rFonts w:ascii="Aptos" w:hAnsi="Aptos"/>
                <w:b/>
                <w:sz w:val="22"/>
              </w:rPr>
              <w:t>Activity / Event</w:t>
            </w:r>
            <w:r w:rsidR="00AF419B">
              <w:rPr>
                <w:rFonts w:ascii="Aptos" w:hAnsi="Aptos"/>
                <w:b/>
                <w:sz w:val="22"/>
              </w:rPr>
              <w:t xml:space="preserve"> (Mention one among 1 – 22, otherwise mention)</w:t>
            </w:r>
          </w:p>
        </w:tc>
        <w:tc>
          <w:tcPr>
            <w:tcW w:w="26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D069B7" w14:textId="3472413B" w:rsidR="008058D8" w:rsidRPr="002B79C9" w:rsidRDefault="008058D8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</w:p>
        </w:tc>
      </w:tr>
      <w:tr w:rsidR="008058D8" w:rsidRPr="002B79C9" w14:paraId="2944120B" w14:textId="77777777" w:rsidTr="00AF419B">
        <w:trPr>
          <w:trHeight w:val="230"/>
          <w:jc w:val="center"/>
        </w:trPr>
        <w:tc>
          <w:tcPr>
            <w:tcW w:w="4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FB9A354" w14:textId="77777777" w:rsidR="008058D8" w:rsidRPr="002B79C9" w:rsidRDefault="00000000" w:rsidP="00960D2C">
            <w:pPr>
              <w:spacing w:after="0" w:line="240" w:lineRule="auto"/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t>7</w:t>
            </w:r>
          </w:p>
        </w:tc>
        <w:tc>
          <w:tcPr>
            <w:tcW w:w="19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FBBA4CE" w14:textId="77777777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Organizing Institution / Organization</w:t>
            </w:r>
          </w:p>
        </w:tc>
        <w:tc>
          <w:tcPr>
            <w:tcW w:w="26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5CAE6420" w14:textId="77777777" w:rsidR="008058D8" w:rsidRPr="002B79C9" w:rsidRDefault="008058D8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</w:p>
        </w:tc>
      </w:tr>
      <w:tr w:rsidR="008058D8" w:rsidRPr="002B79C9" w14:paraId="3AA5CAE2" w14:textId="77777777" w:rsidTr="00AF419B">
        <w:trPr>
          <w:trHeight w:val="230"/>
          <w:jc w:val="center"/>
        </w:trPr>
        <w:tc>
          <w:tcPr>
            <w:tcW w:w="4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374F17C" w14:textId="77777777" w:rsidR="008058D8" w:rsidRPr="002B79C9" w:rsidRDefault="00000000" w:rsidP="00960D2C">
            <w:pPr>
              <w:spacing w:after="0" w:line="240" w:lineRule="auto"/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t>8</w:t>
            </w:r>
          </w:p>
        </w:tc>
        <w:tc>
          <w:tcPr>
            <w:tcW w:w="19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860F272" w14:textId="77777777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Event Level</w:t>
            </w:r>
          </w:p>
        </w:tc>
        <w:tc>
          <w:tcPr>
            <w:tcW w:w="26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A41D56F" w14:textId="77777777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t>Institute / State / National / International</w:t>
            </w:r>
          </w:p>
        </w:tc>
      </w:tr>
      <w:tr w:rsidR="008058D8" w:rsidRPr="002B79C9" w14:paraId="16AC7DF4" w14:textId="77777777" w:rsidTr="00AF419B">
        <w:trPr>
          <w:trHeight w:val="230"/>
          <w:jc w:val="center"/>
        </w:trPr>
        <w:tc>
          <w:tcPr>
            <w:tcW w:w="4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565057D" w14:textId="77777777" w:rsidR="008058D8" w:rsidRPr="002B79C9" w:rsidRDefault="00000000" w:rsidP="00960D2C">
            <w:pPr>
              <w:spacing w:after="0" w:line="240" w:lineRule="auto"/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t>9</w:t>
            </w:r>
          </w:p>
        </w:tc>
        <w:tc>
          <w:tcPr>
            <w:tcW w:w="19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F904788" w14:textId="77777777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Date(s) of the Event</w:t>
            </w:r>
          </w:p>
        </w:tc>
        <w:tc>
          <w:tcPr>
            <w:tcW w:w="26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D14EBF2" w14:textId="77777777" w:rsidR="008058D8" w:rsidRPr="002B79C9" w:rsidRDefault="008058D8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</w:p>
        </w:tc>
      </w:tr>
      <w:tr w:rsidR="008058D8" w:rsidRPr="002B79C9" w14:paraId="0408250B" w14:textId="77777777" w:rsidTr="00AF419B">
        <w:trPr>
          <w:trHeight w:val="230"/>
          <w:jc w:val="center"/>
        </w:trPr>
        <w:tc>
          <w:tcPr>
            <w:tcW w:w="4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268C7B7" w14:textId="77777777" w:rsidR="008058D8" w:rsidRPr="002B79C9" w:rsidRDefault="00000000" w:rsidP="00960D2C">
            <w:pPr>
              <w:spacing w:after="0" w:line="240" w:lineRule="auto"/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t>10</w:t>
            </w:r>
          </w:p>
        </w:tc>
        <w:tc>
          <w:tcPr>
            <w:tcW w:w="19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C29BA9" w14:textId="77777777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Venue / Mode</w:t>
            </w:r>
          </w:p>
        </w:tc>
        <w:tc>
          <w:tcPr>
            <w:tcW w:w="26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CDA76B1" w14:textId="77777777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t>Offline / Online / Hybrid</w:t>
            </w:r>
          </w:p>
        </w:tc>
      </w:tr>
      <w:tr w:rsidR="008058D8" w:rsidRPr="002B79C9" w14:paraId="541275ED" w14:textId="77777777" w:rsidTr="00AF419B">
        <w:trPr>
          <w:trHeight w:val="350"/>
          <w:jc w:val="center"/>
        </w:trPr>
        <w:tc>
          <w:tcPr>
            <w:tcW w:w="4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47D01FA" w14:textId="640654BF" w:rsidR="008058D8" w:rsidRPr="002B79C9" w:rsidRDefault="002B79C9" w:rsidP="00960D2C">
            <w:pPr>
              <w:spacing w:after="0" w:line="240" w:lineRule="auto"/>
              <w:jc w:val="center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11</w:t>
            </w:r>
          </w:p>
        </w:tc>
        <w:tc>
          <w:tcPr>
            <w:tcW w:w="19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AC1CFAE" w14:textId="77777777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Innovation Status / Deliverable</w:t>
            </w:r>
          </w:p>
        </w:tc>
        <w:tc>
          <w:tcPr>
            <w:tcW w:w="26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49035A" w14:textId="2A8E661E" w:rsidR="008058D8" w:rsidRPr="002B79C9" w:rsidRDefault="008058D8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</w:p>
        </w:tc>
      </w:tr>
      <w:tr w:rsidR="008058D8" w:rsidRPr="002B79C9" w14:paraId="2E52C8F1" w14:textId="77777777" w:rsidTr="00AF419B">
        <w:trPr>
          <w:trHeight w:val="827"/>
          <w:jc w:val="center"/>
        </w:trPr>
        <w:tc>
          <w:tcPr>
            <w:tcW w:w="4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3B73E5C" w14:textId="2470771F" w:rsidR="008058D8" w:rsidRPr="002B79C9" w:rsidRDefault="002B79C9" w:rsidP="00960D2C">
            <w:pPr>
              <w:spacing w:after="0" w:line="240" w:lineRule="auto"/>
              <w:jc w:val="center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12</w:t>
            </w:r>
          </w:p>
        </w:tc>
        <w:tc>
          <w:tcPr>
            <w:tcW w:w="19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7E01BEC" w14:textId="77777777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Evidence Submitted</w:t>
            </w:r>
          </w:p>
        </w:tc>
        <w:tc>
          <w:tcPr>
            <w:tcW w:w="26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9C1807" w14:textId="77777777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t>Participation Certificate / Achievement Certificate / Award Letter / Result / Event Photos / Project Photos / Other</w:t>
            </w:r>
          </w:p>
        </w:tc>
      </w:tr>
      <w:tr w:rsidR="008058D8" w:rsidRPr="002B79C9" w14:paraId="14EB3493" w14:textId="77777777" w:rsidTr="00AF419B">
        <w:trPr>
          <w:trHeight w:val="230"/>
          <w:jc w:val="center"/>
        </w:trPr>
        <w:tc>
          <w:tcPr>
            <w:tcW w:w="4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38F39DE4" w14:textId="3BD234AA" w:rsidR="008058D8" w:rsidRPr="002B79C9" w:rsidRDefault="002B79C9" w:rsidP="00960D2C">
            <w:pPr>
              <w:spacing w:after="0" w:line="240" w:lineRule="auto"/>
              <w:jc w:val="center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13</w:t>
            </w:r>
          </w:p>
        </w:tc>
        <w:tc>
          <w:tcPr>
            <w:tcW w:w="19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74FD1395" w14:textId="68833966" w:rsidR="008058D8" w:rsidRPr="002B79C9" w:rsidRDefault="002B79C9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D42E1F">
              <w:rPr>
                <w:rFonts w:ascii="Aptos" w:hAnsi="Aptos"/>
                <w:b/>
                <w:sz w:val="22"/>
              </w:rPr>
              <w:t>Outcome / Impact of the Innovation</w:t>
            </w:r>
          </w:p>
        </w:tc>
        <w:tc>
          <w:tcPr>
            <w:tcW w:w="26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2BE54094" w14:textId="77777777" w:rsidR="008058D8" w:rsidRPr="002B79C9" w:rsidRDefault="008058D8" w:rsidP="00AF419B">
            <w:pPr>
              <w:spacing w:after="120" w:line="240" w:lineRule="auto"/>
              <w:rPr>
                <w:rFonts w:ascii="Aptos" w:hAnsi="Aptos"/>
                <w:sz w:val="22"/>
              </w:rPr>
            </w:pPr>
          </w:p>
        </w:tc>
      </w:tr>
      <w:tr w:rsidR="008058D8" w:rsidRPr="002B79C9" w14:paraId="13837185" w14:textId="77777777" w:rsidTr="00AF419B">
        <w:trPr>
          <w:trHeight w:val="230"/>
          <w:jc w:val="center"/>
        </w:trPr>
        <w:tc>
          <w:tcPr>
            <w:tcW w:w="475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E4CB7D5" w14:textId="0503B4B0" w:rsidR="008058D8" w:rsidRPr="002B79C9" w:rsidRDefault="002B79C9" w:rsidP="00960D2C">
            <w:pPr>
              <w:spacing w:after="0" w:line="240" w:lineRule="auto"/>
              <w:jc w:val="center"/>
              <w:rPr>
                <w:rFonts w:ascii="Aptos" w:hAnsi="Aptos"/>
                <w:sz w:val="22"/>
              </w:rPr>
            </w:pPr>
            <w:r>
              <w:rPr>
                <w:rFonts w:ascii="Aptos" w:hAnsi="Aptos"/>
                <w:sz w:val="22"/>
              </w:rPr>
              <w:t>14</w:t>
            </w:r>
          </w:p>
        </w:tc>
        <w:tc>
          <w:tcPr>
            <w:tcW w:w="1924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00352459" w14:textId="77777777" w:rsidR="008058D8" w:rsidRPr="002B79C9" w:rsidRDefault="00000000" w:rsidP="00960D2C">
            <w:pPr>
              <w:spacing w:after="0" w:line="240" w:lineRule="auto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Remarks</w:t>
            </w:r>
          </w:p>
        </w:tc>
        <w:tc>
          <w:tcPr>
            <w:tcW w:w="2601" w:type="pct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14:paraId="11C02621" w14:textId="77777777" w:rsidR="008058D8" w:rsidRPr="002B79C9" w:rsidRDefault="008058D8" w:rsidP="00AF419B">
            <w:pPr>
              <w:spacing w:after="120" w:line="240" w:lineRule="auto"/>
              <w:rPr>
                <w:rFonts w:ascii="Aptos" w:hAnsi="Aptos"/>
                <w:sz w:val="22"/>
              </w:rPr>
            </w:pPr>
          </w:p>
        </w:tc>
      </w:tr>
    </w:tbl>
    <w:p w14:paraId="2FCD1DC1" w14:textId="77777777" w:rsidR="00960D2C" w:rsidRPr="00960D2C" w:rsidRDefault="00960D2C" w:rsidP="002B79C9">
      <w:pPr>
        <w:ind w:left="-90"/>
        <w:rPr>
          <w:rFonts w:ascii="Aptos" w:hAnsi="Aptos"/>
          <w:b/>
          <w:sz w:val="2"/>
          <w:szCs w:val="2"/>
        </w:rPr>
      </w:pPr>
    </w:p>
    <w:p w14:paraId="34A6BFA2" w14:textId="0F830114" w:rsidR="008058D8" w:rsidRPr="002B79C9" w:rsidRDefault="00000000" w:rsidP="00960D2C">
      <w:pPr>
        <w:spacing w:after="120" w:line="240" w:lineRule="auto"/>
        <w:ind w:left="-86"/>
        <w:rPr>
          <w:rFonts w:ascii="Aptos" w:hAnsi="Aptos"/>
          <w:sz w:val="22"/>
        </w:rPr>
      </w:pPr>
      <w:r w:rsidRPr="002B79C9">
        <w:rPr>
          <w:rFonts w:ascii="Aptos" w:hAnsi="Aptos"/>
          <w:b/>
          <w:sz w:val="22"/>
        </w:rPr>
        <w:t>DECLARATION</w:t>
      </w:r>
    </w:p>
    <w:p w14:paraId="7C127E59" w14:textId="77777777" w:rsidR="008058D8" w:rsidRPr="002B79C9" w:rsidRDefault="00000000" w:rsidP="002B79C9">
      <w:pPr>
        <w:ind w:left="-90"/>
        <w:rPr>
          <w:rFonts w:ascii="Aptos" w:hAnsi="Aptos"/>
          <w:sz w:val="22"/>
        </w:rPr>
      </w:pPr>
      <w:r w:rsidRPr="002B79C9">
        <w:rPr>
          <w:rFonts w:ascii="Aptos" w:hAnsi="Aptos"/>
          <w:sz w:val="22"/>
        </w:rPr>
        <w:t>I hereby certify that the above information is correct and that the student(s) participated in the above-mentioned external innovation event. The achievement and supporting documents/evidence are attached for verification and institutional record.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456"/>
        <w:gridCol w:w="3457"/>
        <w:gridCol w:w="3455"/>
      </w:tblGrid>
      <w:tr w:rsidR="008058D8" w:rsidRPr="002B79C9" w14:paraId="4DA00C28" w14:textId="77777777" w:rsidTr="002B79C9">
        <w:trPr>
          <w:jc w:val="center"/>
        </w:trPr>
        <w:tc>
          <w:tcPr>
            <w:tcW w:w="1667" w:type="pct"/>
          </w:tcPr>
          <w:p w14:paraId="6C862034" w14:textId="77777777" w:rsidR="008058D8" w:rsidRPr="002B79C9" w:rsidRDefault="00000000" w:rsidP="00960D2C">
            <w:pPr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br/>
            </w:r>
            <w:r w:rsidRPr="002B79C9">
              <w:rPr>
                <w:rFonts w:ascii="Aptos" w:hAnsi="Aptos"/>
                <w:sz w:val="22"/>
              </w:rPr>
              <w:br/>
              <w:t>________________________</w:t>
            </w:r>
          </w:p>
        </w:tc>
        <w:tc>
          <w:tcPr>
            <w:tcW w:w="1667" w:type="pct"/>
          </w:tcPr>
          <w:p w14:paraId="708E5F1A" w14:textId="77777777" w:rsidR="008058D8" w:rsidRPr="002B79C9" w:rsidRDefault="00000000" w:rsidP="00960D2C">
            <w:pPr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br/>
            </w:r>
            <w:r w:rsidRPr="002B79C9">
              <w:rPr>
                <w:rFonts w:ascii="Aptos" w:hAnsi="Aptos"/>
                <w:sz w:val="22"/>
              </w:rPr>
              <w:br/>
              <w:t>________________________</w:t>
            </w:r>
          </w:p>
        </w:tc>
        <w:tc>
          <w:tcPr>
            <w:tcW w:w="1667" w:type="pct"/>
          </w:tcPr>
          <w:p w14:paraId="20E35E29" w14:textId="77777777" w:rsidR="008058D8" w:rsidRPr="002B79C9" w:rsidRDefault="00000000" w:rsidP="00960D2C">
            <w:pPr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sz w:val="22"/>
              </w:rPr>
              <w:br/>
            </w:r>
            <w:r w:rsidRPr="002B79C9">
              <w:rPr>
                <w:rFonts w:ascii="Aptos" w:hAnsi="Aptos"/>
                <w:sz w:val="22"/>
              </w:rPr>
              <w:br/>
              <w:t>________________________</w:t>
            </w:r>
          </w:p>
        </w:tc>
      </w:tr>
      <w:tr w:rsidR="008058D8" w:rsidRPr="002B79C9" w14:paraId="0645FF28" w14:textId="77777777" w:rsidTr="002B79C9">
        <w:trPr>
          <w:jc w:val="center"/>
        </w:trPr>
        <w:tc>
          <w:tcPr>
            <w:tcW w:w="1667" w:type="pct"/>
          </w:tcPr>
          <w:p w14:paraId="0FFF3C64" w14:textId="77777777" w:rsidR="008058D8" w:rsidRPr="002B79C9" w:rsidRDefault="00000000" w:rsidP="00960D2C">
            <w:pPr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Student Coordinator / Team Leader</w:t>
            </w:r>
          </w:p>
        </w:tc>
        <w:tc>
          <w:tcPr>
            <w:tcW w:w="1667" w:type="pct"/>
          </w:tcPr>
          <w:p w14:paraId="4DBC8458" w14:textId="77777777" w:rsidR="008058D8" w:rsidRPr="002B79C9" w:rsidRDefault="00000000" w:rsidP="00960D2C">
            <w:pPr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Faculty Mentor</w:t>
            </w:r>
          </w:p>
        </w:tc>
        <w:tc>
          <w:tcPr>
            <w:tcW w:w="1667" w:type="pct"/>
          </w:tcPr>
          <w:p w14:paraId="542E10C4" w14:textId="77777777" w:rsidR="008058D8" w:rsidRPr="002B79C9" w:rsidRDefault="00000000" w:rsidP="00960D2C">
            <w:pPr>
              <w:jc w:val="center"/>
              <w:rPr>
                <w:rFonts w:ascii="Aptos" w:hAnsi="Aptos"/>
                <w:sz w:val="22"/>
              </w:rPr>
            </w:pPr>
            <w:r w:rsidRPr="002B79C9">
              <w:rPr>
                <w:rFonts w:ascii="Aptos" w:hAnsi="Aptos"/>
                <w:b/>
                <w:sz w:val="22"/>
              </w:rPr>
              <w:t>HOD</w:t>
            </w:r>
          </w:p>
        </w:tc>
      </w:tr>
    </w:tbl>
    <w:p w14:paraId="40388BBC" w14:textId="7A377516" w:rsidR="008058D8" w:rsidRPr="002B79C9" w:rsidRDefault="008058D8" w:rsidP="002B79C9">
      <w:pPr>
        <w:rPr>
          <w:rFonts w:ascii="Aptos" w:hAnsi="Aptos"/>
          <w:sz w:val="22"/>
        </w:rPr>
      </w:pPr>
    </w:p>
    <w:sectPr w:rsidR="008058D8" w:rsidRPr="002B79C9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7680267">
    <w:abstractNumId w:val="8"/>
  </w:num>
  <w:num w:numId="2" w16cid:durableId="181670252">
    <w:abstractNumId w:val="6"/>
  </w:num>
  <w:num w:numId="3" w16cid:durableId="752167984">
    <w:abstractNumId w:val="5"/>
  </w:num>
  <w:num w:numId="4" w16cid:durableId="1588269383">
    <w:abstractNumId w:val="4"/>
  </w:num>
  <w:num w:numId="5" w16cid:durableId="1219823087">
    <w:abstractNumId w:val="7"/>
  </w:num>
  <w:num w:numId="6" w16cid:durableId="216937151">
    <w:abstractNumId w:val="3"/>
  </w:num>
  <w:num w:numId="7" w16cid:durableId="1857189836">
    <w:abstractNumId w:val="2"/>
  </w:num>
  <w:num w:numId="8" w16cid:durableId="474221071">
    <w:abstractNumId w:val="1"/>
  </w:num>
  <w:num w:numId="9" w16cid:durableId="925844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4A01"/>
    <w:rsid w:val="002827A2"/>
    <w:rsid w:val="0029639D"/>
    <w:rsid w:val="002B79C9"/>
    <w:rsid w:val="00326F90"/>
    <w:rsid w:val="008058D8"/>
    <w:rsid w:val="00960D2C"/>
    <w:rsid w:val="00AA1D8D"/>
    <w:rsid w:val="00AF419B"/>
    <w:rsid w:val="00B47730"/>
    <w:rsid w:val="00CB0664"/>
    <w:rsid w:val="00FB389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8828E32"/>
  <w14:defaultImageDpi w14:val="300"/>
  <w15:docId w15:val="{74C974EF-FF15-44CE-924B-4EF93A7B4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ramya swetha</cp:lastModifiedBy>
  <cp:revision>3</cp:revision>
  <dcterms:created xsi:type="dcterms:W3CDTF">2026-09-26T06:51:00Z</dcterms:created>
  <dcterms:modified xsi:type="dcterms:W3CDTF">2026-09-26T07:13:00Z</dcterms:modified>
  <cp:category/>
</cp:coreProperties>
</file>