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C26D" w14:textId="53BA171D" w:rsidR="00D42E1F" w:rsidRPr="00D42E1F" w:rsidRDefault="00D42E1F">
      <w:pPr>
        <w:jc w:val="center"/>
        <w:rPr>
          <w:rFonts w:ascii="Times New Roman" w:hAnsi="Times New Roman" w:cs="Times New Roman"/>
          <w:b/>
          <w:bCs/>
          <w:noProof/>
          <w:color w:val="EE0000"/>
          <w:sz w:val="2"/>
          <w:szCs w:val="2"/>
        </w:rPr>
      </w:pPr>
      <w:r>
        <w:rPr>
          <w:noProof/>
        </w:rPr>
        <w:drawing>
          <wp:inline distT="0" distB="0" distL="0" distR="0" wp14:anchorId="25159F0F" wp14:editId="4983CF07">
            <wp:extent cx="5314315" cy="835025"/>
            <wp:effectExtent l="0" t="0" r="635" b="3175"/>
            <wp:docPr id="1862935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35756" name="Picture 1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6" r="14673"/>
                    <a:stretch/>
                  </pic:blipFill>
                  <pic:spPr bwMode="auto">
                    <a:xfrm>
                      <a:off x="0" y="0"/>
                      <a:ext cx="531431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2E4EE2" w14:textId="233ABB6B" w:rsidR="00413583" w:rsidRPr="00FB153E" w:rsidRDefault="00000000" w:rsidP="00D42E1F">
      <w:pPr>
        <w:spacing w:after="120" w:line="240" w:lineRule="auto"/>
        <w:jc w:val="center"/>
        <w:rPr>
          <w:rFonts w:ascii="Aptos" w:hAnsi="Aptos"/>
          <w:color w:val="C00000"/>
          <w:szCs w:val="18"/>
        </w:rPr>
      </w:pPr>
      <w:r w:rsidRPr="00FB153E">
        <w:rPr>
          <w:rFonts w:ascii="Aptos" w:hAnsi="Aptos"/>
          <w:b/>
          <w:color w:val="C00000"/>
          <w:sz w:val="24"/>
          <w:szCs w:val="24"/>
        </w:rPr>
        <w:t xml:space="preserve">TEACHING INNOVATIONS &amp; PEDAGOGICAL SUPPORT (TIPS) </w:t>
      </w:r>
    </w:p>
    <w:p w14:paraId="1D94FCA2" w14:textId="01294320" w:rsidR="00413583" w:rsidRPr="00FB153E" w:rsidRDefault="00000000" w:rsidP="00D42E1F">
      <w:pPr>
        <w:spacing w:after="120" w:line="240" w:lineRule="auto"/>
        <w:jc w:val="center"/>
        <w:rPr>
          <w:rFonts w:ascii="Aptos" w:hAnsi="Aptos"/>
          <w:sz w:val="22"/>
        </w:rPr>
      </w:pPr>
      <w:r w:rsidRPr="00FB153E">
        <w:rPr>
          <w:rFonts w:ascii="Aptos" w:hAnsi="Aptos"/>
          <w:b/>
          <w:sz w:val="22"/>
        </w:rPr>
        <w:t xml:space="preserve">STUDENT PARTICIPATION </w:t>
      </w:r>
      <w:r w:rsidR="00446FF5" w:rsidRPr="00FB153E">
        <w:rPr>
          <w:rFonts w:ascii="Aptos" w:hAnsi="Aptos"/>
          <w:b/>
          <w:sz w:val="22"/>
        </w:rPr>
        <w:t xml:space="preserve">IN </w:t>
      </w:r>
      <w:r w:rsidR="001D389D" w:rsidRPr="00FB153E">
        <w:rPr>
          <w:rFonts w:ascii="Aptos" w:hAnsi="Aptos"/>
          <w:b/>
          <w:sz w:val="22"/>
        </w:rPr>
        <w:t xml:space="preserve">INNOVATION </w:t>
      </w:r>
      <w:r w:rsidRPr="00FB153E">
        <w:rPr>
          <w:rFonts w:ascii="Aptos" w:hAnsi="Aptos"/>
          <w:b/>
          <w:sz w:val="22"/>
        </w:rPr>
        <w:t xml:space="preserve">ACHIEVEMENT </w:t>
      </w:r>
      <w:r w:rsidR="00D5723D" w:rsidRPr="002B79C9">
        <w:rPr>
          <w:rFonts w:ascii="Aptos" w:hAnsi="Aptos"/>
          <w:b/>
          <w:sz w:val="22"/>
        </w:rPr>
        <w:t xml:space="preserve">– </w:t>
      </w:r>
      <w:r w:rsidR="00D5723D">
        <w:rPr>
          <w:rFonts w:ascii="Aptos" w:hAnsi="Aptos"/>
          <w:b/>
          <w:sz w:val="22"/>
        </w:rPr>
        <w:t>BEFORE</w:t>
      </w:r>
      <w:r w:rsidR="00D5723D" w:rsidRPr="002B79C9">
        <w:rPr>
          <w:rFonts w:ascii="Aptos" w:hAnsi="Aptos"/>
          <w:b/>
          <w:sz w:val="22"/>
        </w:rPr>
        <w:t xml:space="preserve"> EVENT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12"/>
        <w:gridCol w:w="4491"/>
        <w:gridCol w:w="5055"/>
      </w:tblGrid>
      <w:tr w:rsidR="00413583" w:rsidRPr="00D42E1F" w14:paraId="132410F5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vAlign w:val="center"/>
          </w:tcPr>
          <w:p w14:paraId="77ACA618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S. No.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vAlign w:val="center"/>
          </w:tcPr>
          <w:p w14:paraId="356CDF5B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Particulars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vAlign w:val="center"/>
          </w:tcPr>
          <w:p w14:paraId="2CC16A9F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Details</w:t>
            </w:r>
          </w:p>
        </w:tc>
      </w:tr>
      <w:tr w:rsidR="00413583" w:rsidRPr="00D42E1F" w14:paraId="694E0B94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AB4D82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1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97181" w14:textId="77777777" w:rsidR="00413583" w:rsidRPr="00D42E1F" w:rsidRDefault="00000000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Name of the Student / Team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1456AE" w14:textId="77777777" w:rsidR="00413583" w:rsidRPr="00D42E1F" w:rsidRDefault="00413583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413583" w:rsidRPr="00D42E1F" w14:paraId="4CB93834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F19B5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2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2A3901" w14:textId="77777777" w:rsidR="00413583" w:rsidRPr="00D42E1F" w:rsidRDefault="00000000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Roll Number(s)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D9A5C5" w14:textId="77777777" w:rsidR="00413583" w:rsidRPr="00D42E1F" w:rsidRDefault="00413583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413583" w:rsidRPr="00D42E1F" w14:paraId="770ECF28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AE0139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3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71DBD9" w14:textId="77777777" w:rsidR="00413583" w:rsidRPr="00D42E1F" w:rsidRDefault="00000000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Department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0BDC4A" w14:textId="77777777" w:rsidR="00413583" w:rsidRPr="00D42E1F" w:rsidRDefault="00413583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413583" w:rsidRPr="00D42E1F" w14:paraId="587314D6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E2E4A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4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B290FF" w14:textId="77777777" w:rsidR="00413583" w:rsidRPr="00D42E1F" w:rsidRDefault="00000000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Year / Semester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713E63" w14:textId="77777777" w:rsidR="00413583" w:rsidRPr="00D42E1F" w:rsidRDefault="00413583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413583" w:rsidRPr="00D42E1F" w14:paraId="3D56F385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F32A69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5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AEE1B9" w14:textId="5CF52F3A" w:rsidR="00413583" w:rsidRPr="00D42E1F" w:rsidRDefault="00000000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 xml:space="preserve">Name of the </w:t>
            </w:r>
            <w:r w:rsidR="00446FF5">
              <w:rPr>
                <w:rFonts w:ascii="Aptos" w:hAnsi="Aptos"/>
                <w:b/>
                <w:sz w:val="22"/>
              </w:rPr>
              <w:t xml:space="preserve">Activity / </w:t>
            </w:r>
            <w:r w:rsidRPr="00D42E1F">
              <w:rPr>
                <w:rFonts w:ascii="Aptos" w:hAnsi="Aptos"/>
                <w:b/>
                <w:sz w:val="22"/>
              </w:rPr>
              <w:t>Event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165F67" w14:textId="77777777" w:rsidR="00413583" w:rsidRPr="00D42E1F" w:rsidRDefault="00413583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413583" w:rsidRPr="00D42E1F" w14:paraId="0AD873F0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C90DE2" w14:textId="77777777" w:rsidR="00413583" w:rsidRPr="00D42E1F" w:rsidRDefault="00000000" w:rsidP="00D42E1F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6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266566" w14:textId="77777777" w:rsidR="00413583" w:rsidRPr="00D42E1F" w:rsidRDefault="00000000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Type of Event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0CF324" w14:textId="75E2B2C3" w:rsidR="00413583" w:rsidRPr="00D42E1F" w:rsidRDefault="00413583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2EFB3A2D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2C8338" w14:textId="35A9D996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7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2E13F" w14:textId="569314D2" w:rsidR="00FB153E" w:rsidRPr="00D42E1F" w:rsidRDefault="00FB153E" w:rsidP="00FB153E">
            <w:pPr>
              <w:spacing w:after="0"/>
              <w:rPr>
                <w:rFonts w:ascii="Aptos" w:hAnsi="Aptos"/>
                <w:b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Brief Description of Innovation / Project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7808EE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1D1147FF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E47915" w14:textId="500D2908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8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05EBA0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Organizing Institution / Organization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2D4088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5C41D22C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03CA05" w14:textId="23EBF412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9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69FE21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Event Level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47096F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Institute / State / National / International</w:t>
            </w:r>
          </w:p>
        </w:tc>
      </w:tr>
      <w:tr w:rsidR="00FB153E" w:rsidRPr="00D42E1F" w14:paraId="7199E0BF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28BC92" w14:textId="2DFF1A0D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10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D71E09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Date(s) of the Event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A7EF73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34A0DDD6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4FF4A6" w14:textId="25B74F83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11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69687D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Venue / Mode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A3145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Offline / Online / Hybrid</w:t>
            </w:r>
          </w:p>
        </w:tc>
      </w:tr>
      <w:tr w:rsidR="00FB153E" w:rsidRPr="00D42E1F" w14:paraId="3A03DF2D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6B364F" w14:textId="0472255E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12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F26D4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Theme / Problem Statement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515A59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7FDE01DB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9588D4" w14:textId="4A8C2A78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13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AF11CC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Project / Innovation Title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4A7E59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2D1AA8E0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EDD319" w14:textId="64F4ACDA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14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C8417F" w14:textId="5F8A1329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 xml:space="preserve">Faculty Mentor 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856FB1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7BA0C988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CD6F77" w14:textId="7B0FDE09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1</w:t>
            </w:r>
            <w:r>
              <w:rPr>
                <w:rFonts w:ascii="Aptos" w:hAnsi="Aptos"/>
                <w:sz w:val="22"/>
              </w:rPr>
              <w:t>5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3A1D1E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Mentor Department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BEF87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36CFBDE2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16998F" w14:textId="09F4CA8D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t>1</w:t>
            </w:r>
            <w:r>
              <w:rPr>
                <w:rFonts w:ascii="Aptos" w:hAnsi="Aptos"/>
                <w:sz w:val="22"/>
              </w:rPr>
              <w:t>6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0DE627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Outcome / Impact of the Innovation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4352E4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624662A6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B464C3" w14:textId="57B1BC99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17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8A68A0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Event Website / Reference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DCAF85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  <w:tr w:rsidR="00FB153E" w:rsidRPr="00D42E1F" w14:paraId="7A45F340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435245" w14:textId="6980E53E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18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B80459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Evidence Submitted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8B97A9" w14:textId="5E2C0BDB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Flyer / Brocher / e-mail /others If any</w:t>
            </w:r>
          </w:p>
        </w:tc>
      </w:tr>
      <w:tr w:rsidR="00FB153E" w:rsidRPr="00D42E1F" w14:paraId="02F27026" w14:textId="77777777" w:rsidTr="00D42E1F">
        <w:trPr>
          <w:jc w:val="center"/>
        </w:trPr>
        <w:tc>
          <w:tcPr>
            <w:tcW w:w="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91DBAE" w14:textId="1439D4F7" w:rsidR="00FB153E" w:rsidRPr="00D42E1F" w:rsidRDefault="00FB153E" w:rsidP="00FB153E">
            <w:pPr>
              <w:spacing w:after="0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19</w:t>
            </w:r>
          </w:p>
        </w:tc>
        <w:tc>
          <w:tcPr>
            <w:tcW w:w="21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A57EBF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Remarks</w:t>
            </w:r>
          </w:p>
        </w:tc>
        <w:tc>
          <w:tcPr>
            <w:tcW w:w="2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FC4BBC" w14:textId="77777777" w:rsidR="00FB153E" w:rsidRPr="00D42E1F" w:rsidRDefault="00FB153E" w:rsidP="00FB153E">
            <w:pPr>
              <w:spacing w:after="0"/>
              <w:rPr>
                <w:rFonts w:ascii="Aptos" w:hAnsi="Aptos"/>
                <w:sz w:val="22"/>
              </w:rPr>
            </w:pPr>
          </w:p>
        </w:tc>
      </w:tr>
    </w:tbl>
    <w:p w14:paraId="522E2EF1" w14:textId="77777777" w:rsidR="00D42E1F" w:rsidRPr="00D42E1F" w:rsidRDefault="00D42E1F" w:rsidP="00D42E1F">
      <w:pPr>
        <w:spacing w:after="120" w:line="240" w:lineRule="auto"/>
        <w:ind w:left="-90"/>
        <w:rPr>
          <w:rFonts w:ascii="Aptos" w:hAnsi="Aptos"/>
          <w:b/>
          <w:sz w:val="2"/>
          <w:szCs w:val="2"/>
        </w:rPr>
      </w:pPr>
    </w:p>
    <w:p w14:paraId="0918F979" w14:textId="77494D7A" w:rsidR="00413583" w:rsidRPr="00D42E1F" w:rsidRDefault="00000000" w:rsidP="00D42E1F">
      <w:pPr>
        <w:spacing w:after="120" w:line="240" w:lineRule="auto"/>
        <w:ind w:left="-90"/>
        <w:rPr>
          <w:rFonts w:ascii="Aptos" w:hAnsi="Aptos"/>
          <w:sz w:val="22"/>
        </w:rPr>
      </w:pPr>
      <w:r w:rsidRPr="00D42E1F">
        <w:rPr>
          <w:rFonts w:ascii="Aptos" w:hAnsi="Aptos"/>
          <w:b/>
          <w:sz w:val="22"/>
        </w:rPr>
        <w:t>DECLARATION</w:t>
      </w:r>
    </w:p>
    <w:p w14:paraId="1E274291" w14:textId="77777777" w:rsidR="00413583" w:rsidRPr="00D42E1F" w:rsidRDefault="00000000" w:rsidP="00D42E1F">
      <w:pPr>
        <w:spacing w:after="120" w:line="240" w:lineRule="auto"/>
        <w:ind w:left="-90"/>
        <w:jc w:val="both"/>
        <w:rPr>
          <w:rFonts w:ascii="Aptos" w:hAnsi="Aptos"/>
          <w:sz w:val="22"/>
        </w:rPr>
      </w:pPr>
      <w:r w:rsidRPr="00D42E1F">
        <w:rPr>
          <w:rFonts w:ascii="Aptos" w:hAnsi="Aptos"/>
          <w:sz w:val="22"/>
        </w:rPr>
        <w:t>I hereby certify that the above information is correct and that the student(s) participated in the above-mentioned external innovation event. The supporting documents/evidence are attached for verification and institutional record.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56"/>
        <w:gridCol w:w="3457"/>
        <w:gridCol w:w="3455"/>
      </w:tblGrid>
      <w:tr w:rsidR="00413583" w:rsidRPr="00D42E1F" w14:paraId="42C266A6" w14:textId="77777777" w:rsidTr="001D389D">
        <w:trPr>
          <w:jc w:val="center"/>
        </w:trPr>
        <w:tc>
          <w:tcPr>
            <w:tcW w:w="1667" w:type="pct"/>
            <w:vAlign w:val="center"/>
          </w:tcPr>
          <w:p w14:paraId="63318393" w14:textId="77777777" w:rsidR="00413583" w:rsidRPr="00D42E1F" w:rsidRDefault="00000000" w:rsidP="001D389D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br/>
            </w:r>
            <w:r w:rsidRPr="00D42E1F">
              <w:rPr>
                <w:rFonts w:ascii="Aptos" w:hAnsi="Aptos"/>
                <w:sz w:val="22"/>
              </w:rPr>
              <w:br/>
              <w:t>________________________</w:t>
            </w:r>
          </w:p>
        </w:tc>
        <w:tc>
          <w:tcPr>
            <w:tcW w:w="1667" w:type="pct"/>
            <w:vAlign w:val="center"/>
          </w:tcPr>
          <w:p w14:paraId="7D918281" w14:textId="77777777" w:rsidR="00413583" w:rsidRPr="00D42E1F" w:rsidRDefault="00000000" w:rsidP="001D389D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br/>
            </w:r>
            <w:r w:rsidRPr="00D42E1F">
              <w:rPr>
                <w:rFonts w:ascii="Aptos" w:hAnsi="Aptos"/>
                <w:sz w:val="22"/>
              </w:rPr>
              <w:br/>
              <w:t>________________________</w:t>
            </w:r>
          </w:p>
        </w:tc>
        <w:tc>
          <w:tcPr>
            <w:tcW w:w="1667" w:type="pct"/>
            <w:vAlign w:val="center"/>
          </w:tcPr>
          <w:p w14:paraId="5248827A" w14:textId="77777777" w:rsidR="00413583" w:rsidRPr="00D42E1F" w:rsidRDefault="00000000" w:rsidP="001D389D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sz w:val="22"/>
              </w:rPr>
              <w:br/>
            </w:r>
            <w:r w:rsidRPr="00D42E1F">
              <w:rPr>
                <w:rFonts w:ascii="Aptos" w:hAnsi="Aptos"/>
                <w:sz w:val="22"/>
              </w:rPr>
              <w:br/>
              <w:t>________________________</w:t>
            </w:r>
          </w:p>
        </w:tc>
      </w:tr>
      <w:tr w:rsidR="00413583" w:rsidRPr="00D42E1F" w14:paraId="65ABD2D4" w14:textId="77777777" w:rsidTr="001D389D">
        <w:trPr>
          <w:jc w:val="center"/>
        </w:trPr>
        <w:tc>
          <w:tcPr>
            <w:tcW w:w="1667" w:type="pct"/>
            <w:vAlign w:val="center"/>
          </w:tcPr>
          <w:p w14:paraId="36E8D076" w14:textId="77777777" w:rsidR="00413583" w:rsidRPr="00D42E1F" w:rsidRDefault="00000000" w:rsidP="001D389D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Student Coordinator / Team Leader</w:t>
            </w:r>
          </w:p>
        </w:tc>
        <w:tc>
          <w:tcPr>
            <w:tcW w:w="1667" w:type="pct"/>
            <w:vAlign w:val="center"/>
          </w:tcPr>
          <w:p w14:paraId="1C9216C3" w14:textId="2163FA69" w:rsidR="00413583" w:rsidRPr="00D42E1F" w:rsidRDefault="00000000" w:rsidP="001D389D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Faculty Mentor</w:t>
            </w:r>
          </w:p>
        </w:tc>
        <w:tc>
          <w:tcPr>
            <w:tcW w:w="1667" w:type="pct"/>
            <w:vAlign w:val="center"/>
          </w:tcPr>
          <w:p w14:paraId="2B7FECCA" w14:textId="77777777" w:rsidR="00413583" w:rsidRPr="00D42E1F" w:rsidRDefault="00000000" w:rsidP="001D389D">
            <w:pPr>
              <w:spacing w:after="0"/>
              <w:jc w:val="center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HOD</w:t>
            </w:r>
          </w:p>
        </w:tc>
      </w:tr>
    </w:tbl>
    <w:p w14:paraId="1BE095F0" w14:textId="77777777" w:rsidR="00FB153E" w:rsidRPr="00FB153E" w:rsidRDefault="00FB153E">
      <w:pPr>
        <w:rPr>
          <w:rFonts w:ascii="Aptos" w:hAnsi="Aptos"/>
          <w:sz w:val="2"/>
          <w:szCs w:val="2"/>
        </w:rPr>
      </w:pPr>
    </w:p>
    <w:p w14:paraId="460DE263" w14:textId="09ABB8E3" w:rsidR="00446FF5" w:rsidRDefault="00446FF5" w:rsidP="00FB153E">
      <w:pPr>
        <w:spacing w:after="120" w:line="240" w:lineRule="auto"/>
        <w:rPr>
          <w:rFonts w:ascii="Aptos" w:hAnsi="Aptos"/>
          <w:sz w:val="22"/>
        </w:rPr>
      </w:pPr>
      <w:r>
        <w:rPr>
          <w:rFonts w:ascii="Aptos" w:hAnsi="Aptos"/>
          <w:sz w:val="22"/>
        </w:rPr>
        <w:t xml:space="preserve">Type of Events: </w:t>
      </w:r>
    </w:p>
    <w:p w14:paraId="16484434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National / International Hackathon achievements</w:t>
      </w:r>
    </w:p>
    <w:p w14:paraId="4128AF96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Innovation Challenges and Competitions</w:t>
      </w:r>
    </w:p>
    <w:p w14:paraId="51900FF7" w14:textId="6B35711F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Software applications developed</w:t>
      </w:r>
    </w:p>
    <w:p w14:paraId="7F097551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Mobile/Web/AI applications deployed</w:t>
      </w:r>
    </w:p>
    <w:p w14:paraId="781E0E27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Working models and prototypes</w:t>
      </w:r>
    </w:p>
    <w:p w14:paraId="502AFC91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Product development</w:t>
      </w:r>
    </w:p>
    <w:p w14:paraId="7AFFF772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lastRenderedPageBreak/>
        <w:t>Patents filed / published / granted</w:t>
      </w:r>
    </w:p>
    <w:p w14:paraId="43FB0481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Copyrights and technology registrations</w:t>
      </w:r>
    </w:p>
    <w:p w14:paraId="00D1FDDC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Startup / entrepreneurship achievements</w:t>
      </w:r>
    </w:p>
    <w:p w14:paraId="32644236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Incubated student ideas</w:t>
      </w:r>
    </w:p>
    <w:p w14:paraId="44D0BD1E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Industry-sponsored innovation projects</w:t>
      </w:r>
    </w:p>
    <w:p w14:paraId="631DA458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Industry problem statements solved</w:t>
      </w:r>
    </w:p>
    <w:p w14:paraId="0ED850AC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Research papers arising from innovative work</w:t>
      </w:r>
    </w:p>
    <w:p w14:paraId="383716EB" w14:textId="1C4FCB0C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Conference best-paper / innovation awards</w:t>
      </w:r>
    </w:p>
    <w:p w14:paraId="33933295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Technology demonstrations / proof-of-concepts</w:t>
      </w:r>
    </w:p>
    <w:p w14:paraId="56D84CA2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Open-source software/tools developed</w:t>
      </w:r>
    </w:p>
    <w:p w14:paraId="7D8618CC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Revenue-generating student products</w:t>
      </w:r>
    </w:p>
    <w:p w14:paraId="73ECE8A1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National/international innovation exhibitions</w:t>
      </w:r>
    </w:p>
    <w:p w14:paraId="7DB6D90D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Awards, finalist positions and significant recognitions</w:t>
      </w:r>
    </w:p>
    <w:p w14:paraId="07D6F116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Social-impact innovations</w:t>
      </w:r>
    </w:p>
    <w:p w14:paraId="5E6755E3" w14:textId="77777777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Sustainability / green innovations</w:t>
      </w:r>
    </w:p>
    <w:p w14:paraId="15A4BEC0" w14:textId="66F8B8DD" w:rsidR="00446FF5" w:rsidRDefault="00446FF5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 w:rsidRPr="00446FF5">
        <w:rPr>
          <w:rFonts w:ascii="Aptos" w:hAnsi="Aptos"/>
          <w:sz w:val="22"/>
        </w:rPr>
        <w:t>Interdisciplinary innovations</w:t>
      </w:r>
    </w:p>
    <w:p w14:paraId="74EB86CE" w14:textId="002270DC" w:rsidR="00D5723D" w:rsidRPr="00446FF5" w:rsidRDefault="00D5723D" w:rsidP="00446FF5">
      <w:pPr>
        <w:pStyle w:val="ListParagraph"/>
        <w:numPr>
          <w:ilvl w:val="0"/>
          <w:numId w:val="10"/>
        </w:numPr>
        <w:rPr>
          <w:rFonts w:ascii="Aptos" w:hAnsi="Aptos"/>
          <w:sz w:val="22"/>
        </w:rPr>
      </w:pPr>
      <w:r>
        <w:rPr>
          <w:rFonts w:ascii="Aptos" w:hAnsi="Aptos"/>
          <w:sz w:val="22"/>
        </w:rPr>
        <w:t>Others (If Any)</w:t>
      </w:r>
    </w:p>
    <w:p w14:paraId="706D4490" w14:textId="77777777" w:rsidR="00446FF5" w:rsidRDefault="00446FF5">
      <w:pPr>
        <w:rPr>
          <w:rFonts w:ascii="Aptos" w:hAnsi="Aptos"/>
          <w:sz w:val="22"/>
        </w:rPr>
      </w:pPr>
    </w:p>
    <w:sectPr w:rsidR="00446FF5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BC3DBE"/>
    <w:multiLevelType w:val="hybridMultilevel"/>
    <w:tmpl w:val="6E10F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650663">
    <w:abstractNumId w:val="8"/>
  </w:num>
  <w:num w:numId="2" w16cid:durableId="1178274867">
    <w:abstractNumId w:val="6"/>
  </w:num>
  <w:num w:numId="3" w16cid:durableId="1762608112">
    <w:abstractNumId w:val="5"/>
  </w:num>
  <w:num w:numId="4" w16cid:durableId="1365669071">
    <w:abstractNumId w:val="4"/>
  </w:num>
  <w:num w:numId="5" w16cid:durableId="874080283">
    <w:abstractNumId w:val="7"/>
  </w:num>
  <w:num w:numId="6" w16cid:durableId="2140494803">
    <w:abstractNumId w:val="3"/>
  </w:num>
  <w:num w:numId="7" w16cid:durableId="2022927375">
    <w:abstractNumId w:val="2"/>
  </w:num>
  <w:num w:numId="8" w16cid:durableId="999848285">
    <w:abstractNumId w:val="1"/>
  </w:num>
  <w:num w:numId="9" w16cid:durableId="429549006">
    <w:abstractNumId w:val="0"/>
  </w:num>
  <w:num w:numId="10" w16cid:durableId="5668422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389D"/>
    <w:rsid w:val="0029639D"/>
    <w:rsid w:val="00326F90"/>
    <w:rsid w:val="00413583"/>
    <w:rsid w:val="00446FF5"/>
    <w:rsid w:val="00AA1D8D"/>
    <w:rsid w:val="00B47730"/>
    <w:rsid w:val="00CB0664"/>
    <w:rsid w:val="00D42E1F"/>
    <w:rsid w:val="00D5723D"/>
    <w:rsid w:val="00E703F1"/>
    <w:rsid w:val="00FB153E"/>
    <w:rsid w:val="00FB38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2DA585"/>
  <w14:defaultImageDpi w14:val="300"/>
  <w15:docId w15:val="{AF60FF31-77BC-42AE-8759-2E576756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ramya swetha</cp:lastModifiedBy>
  <cp:revision>2</cp:revision>
  <dcterms:created xsi:type="dcterms:W3CDTF">2026-09-26T06:38:00Z</dcterms:created>
  <dcterms:modified xsi:type="dcterms:W3CDTF">2026-09-26T06:38:00Z</dcterms:modified>
  <cp:category/>
</cp:coreProperties>
</file>